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אמנת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אמנת האו״ם בדבר זכויות הילד ואת עקרונותיה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השתתפות, שוויון, הגנה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לפי תוכן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עד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להקשיב לדעת הילדים ולהתחשב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אסור להפלות ילד בגלל מוצא, שפה או מוגבלות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האמנה היא בינלאומית וחלה על ילדים בכל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עם כל זכות באה אחריות לשמור על זכויות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מנוגד לעקרון השוויון באמנה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קבוצות כמו הישרדות, הגנה, התפתחות והשתתפות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האמנה עוסקת גם בחינוך, הגנה, השתתפות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(הסכם בין מדינות שמחייב אותן)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(להקשיב לדעת הילד)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(יחס זהה לכל הילדים בלי הפליה)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(שמירה על הילד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(חובה לשמור על זכויות 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לזכות קונקרטית ומסבירה חשיבותה בחיי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ילד מביע דעה בישיבת כיתה או בבית על נושא שנוגע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שנת 1989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להפלות ילד בגלל מוצא, שפה או מוגבלות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לכל זכות יש אחריות נלווית לשמור על זכויות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המילים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מחיי היומיום של התלמידים לכל עקרון באמנה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ולבדוק יחד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אמנת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על זכויות הילדים. יש מסמך בינלאומי שנקרא אמנה, שמגן על כל הילדים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מדינות שמחייב אותן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אדם וצריך לכבד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לדעת הילד ולתת לו להביע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לכל הילדים באותה צורה, בלי הפליה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הילד מפני פגיעה או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שצריך לעשות כדי לשמור על זכויות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לא שווה בגלל מוצא, שפה או מוגבלות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התפתחות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גדילה ולמידה של הילד בתחומים 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התקבלה האמנה?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עד איזה גיל האדם נחשב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 גיל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לדעת הילדים ולהתחשב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שוויון?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לילדים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להפלות ילד בגלל מוצא, שפה או מוגבלות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לכולם את אותו הצעצוע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לארגן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קבוצת זכויות שומרת על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אמנת זכויות הילד מתייחסת רק לילדים במדינה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זכות באמנה יש גם אחריות נלווית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להפלות ילד בגלל מוגבלות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הזכויות באמנה מתחלקות לכמה קבוצות עיקריות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האמנה עוסקת רק בזכויות 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ב־20 בנובמבר 1989 התקבלה __________ בדבר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האמנה, כל אדם מתחת לגיל 18 נחשב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מקבוצות הזכויות היא הישרדות ובריאות, קבוצה נוספת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פירושה שמקשיבים לדעת הילדים ומתחשבים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אסור להפלות ילד בגלל מוצא או שפה – זה עקרון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לכל זכות יש גם __________: לשמור על הזכויות של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להקשיב לדעת הילד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חובה לשמור על זכויות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הסכם בין מדינות שמחייב אותן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יחס זהה לכל הילדים בלי הפליה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שמירה על הילד מפני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מזכויות הילד שלמדתם עליה וכתבו למה היא חשובה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ילד משתמש בזכות ההשתתפות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התקבלה אמנת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עקרון השוויון באמנה?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אמנת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